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 w:eastAsia="微软雅黑"/>
          <w:b/>
          <w:color w:val="2F4A2A"/>
          <w:sz w:val="32"/>
        </w:rPr>
        <w:t>「一起GEP」线上研学营报名表</w:t>
      </w:r>
    </w:p>
    <w:p>
      <w:pPr>
        <w:jc w:val="center"/>
      </w:pPr>
      <w:r>
        <w:rPr>
          <w:rFonts w:ascii="Calibri" w:hAnsi="Calibri" w:eastAsia="微软雅黑"/>
          <w:b w:val="0"/>
          <w:color w:val="888888"/>
          <w:sz w:val="21"/>
        </w:rPr>
        <w:t>NatCapChina · GEP Together Virtual Campus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24"/>
        <w:gridCol w:w="1624"/>
        <w:gridCol w:w="1624"/>
        <w:gridCol w:w="1624"/>
        <w:gridCol w:w="1624"/>
        <w:gridCol w:w="1624"/>
      </w:tblGrid>
      <w:tr>
        <w:tc>
          <w:tcPr>
            <w:tcW w:type="dxa" w:w="1814"/>
            <w:shd w:val="clear" w:fill="EEF3EC"/>
          </w:tcPr>
          <w:p>
            <w:r>
              <w:rPr>
                <w:rFonts w:ascii="Calibri" w:hAnsi="Calibri" w:eastAsia="微软雅黑"/>
                <w:b/>
                <w:sz w:val="21"/>
              </w:rPr>
              <w:t>姓名</w:t>
            </w:r>
          </w:p>
        </w:tc>
        <w:tc>
          <w:tcPr>
            <w:tcW w:type="dxa" w:w="1928"/>
          </w:tcPr>
          <w:p>
            <w:r>
              <w:rPr>
                <w:rFonts w:ascii="Calibri" w:hAnsi="Calibri" w:eastAsia="微软雅黑"/>
                <w:b w:val="0"/>
                <w:sz w:val="21"/>
              </w:rPr>
            </w:r>
          </w:p>
        </w:tc>
        <w:tc>
          <w:tcPr>
            <w:tcW w:type="dxa" w:w="1247"/>
            <w:shd w:val="clear" w:fill="EEF3EC"/>
          </w:tcPr>
          <w:p>
            <w:r>
              <w:rPr>
                <w:rFonts w:ascii="Calibri" w:hAnsi="Calibri" w:eastAsia="微软雅黑"/>
                <w:b/>
                <w:sz w:val="21"/>
              </w:rPr>
              <w:t>性别</w:t>
            </w:r>
          </w:p>
        </w:tc>
        <w:tc>
          <w:tcPr>
            <w:tcW w:type="dxa" w:w="1701"/>
          </w:tcPr>
          <w:p>
            <w:r>
              <w:rPr>
                <w:rFonts w:ascii="Calibri" w:hAnsi="Calibri" w:eastAsia="微软雅黑"/>
                <w:b w:val="0"/>
                <w:sz w:val="21"/>
              </w:rPr>
            </w:r>
          </w:p>
        </w:tc>
        <w:tc>
          <w:tcPr>
            <w:tcW w:type="dxa" w:w="1474"/>
            <w:shd w:val="clear" w:fill="EEF3EC"/>
          </w:tcPr>
          <w:p>
            <w:r>
              <w:rPr>
                <w:rFonts w:ascii="Calibri" w:hAnsi="Calibri" w:eastAsia="微软雅黑"/>
                <w:b/>
                <w:sz w:val="21"/>
              </w:rPr>
              <w:t>年龄</w:t>
            </w:r>
          </w:p>
        </w:tc>
        <w:tc>
          <w:tcPr>
            <w:tcW w:type="dxa" w:w="1474"/>
          </w:tcPr>
          <w:p>
            <w:r>
              <w:rPr>
                <w:rFonts w:ascii="Calibri" w:hAnsi="Calibri" w:eastAsia="微软雅黑"/>
                <w:b w:val="0"/>
                <w:sz w:val="21"/>
              </w:rPr>
            </w:r>
          </w:p>
        </w:tc>
      </w:tr>
      <w:tr>
        <w:tc>
          <w:tcPr>
            <w:tcW w:type="dxa" w:w="1814"/>
            <w:shd w:val="clear" w:fill="EEF3EC"/>
          </w:tcPr>
          <w:p>
            <w:r>
              <w:rPr>
                <w:rFonts w:ascii="Calibri" w:hAnsi="Calibri" w:eastAsia="微软雅黑"/>
                <w:b/>
                <w:sz w:val="21"/>
              </w:rPr>
              <w:t>在读/毕业学校</w:t>
            </w:r>
          </w:p>
        </w:tc>
        <w:tc>
          <w:tcPr>
            <w:tcW w:type="dxa" w:w="1928"/>
          </w:tcPr>
          <w:p>
            <w:r>
              <w:rPr>
                <w:rFonts w:ascii="Calibri" w:hAnsi="Calibri" w:eastAsia="微软雅黑"/>
                <w:b w:val="0"/>
                <w:sz w:val="21"/>
              </w:rPr>
            </w:r>
          </w:p>
        </w:tc>
        <w:tc>
          <w:tcPr>
            <w:tcW w:type="dxa" w:w="1247"/>
            <w:shd w:val="clear" w:fill="EEF3EC"/>
          </w:tcPr>
          <w:p>
            <w:r>
              <w:rPr>
                <w:rFonts w:ascii="Calibri" w:hAnsi="Calibri" w:eastAsia="微软雅黑"/>
                <w:b/>
                <w:sz w:val="21"/>
              </w:rPr>
              <w:t>学段</w:t>
            </w:r>
          </w:p>
        </w:tc>
        <w:tc>
          <w:tcPr>
            <w:tcW w:type="dxa" w:w="1474"/>
            <w:gridSpan w:val="3"/>
          </w:tcPr>
          <w:p>
            <w:r>
              <w:rPr>
                <w:rFonts w:ascii="Calibri" w:hAnsi="Calibri" w:eastAsia="微软雅黑"/>
                <w:b w:val="0"/>
                <w:sz w:val="21"/>
              </w:rPr>
              <w:t>□ 硕士　□ 博士</w:t>
            </w:r>
          </w:p>
        </w:tc>
      </w:tr>
      <w:tr>
        <w:tc>
          <w:tcPr>
            <w:tcW w:type="dxa" w:w="1814"/>
            <w:shd w:val="clear" w:fill="EEF3EC"/>
          </w:tcPr>
          <w:p>
            <w:r>
              <w:rPr>
                <w:rFonts w:ascii="Calibri" w:hAnsi="Calibri" w:eastAsia="微软雅黑"/>
                <w:b/>
                <w:sz w:val="21"/>
              </w:rPr>
              <w:t>感兴趣的生态系统服务</w:t>
            </w:r>
          </w:p>
        </w:tc>
        <w:tc>
          <w:tcPr>
            <w:tcW w:type="dxa" w:w="1474"/>
            <w:gridSpan w:val="5"/>
          </w:tcPr>
          <w:p>
            <w:r>
              <w:rPr>
                <w:rFonts w:ascii="Calibri" w:hAnsi="Calibri" w:eastAsia="微软雅黑"/>
                <w:b w:val="0"/>
                <w:sz w:val="21"/>
              </w:rPr>
              <w:t>（按照自己的优先级列出 5 个以内）</w:t>
              <w:br/>
              <w:br/>
              <w:br/>
            </w:r>
          </w:p>
        </w:tc>
      </w:tr>
      <w:tr>
        <w:tc>
          <w:tcPr>
            <w:tcW w:type="dxa" w:w="1814"/>
            <w:shd w:val="clear" w:fill="EEF3EC"/>
          </w:tcPr>
          <w:p>
            <w:r>
              <w:rPr>
                <w:rFonts w:ascii="Calibri" w:hAnsi="Calibri" w:eastAsia="微软雅黑"/>
                <w:b/>
                <w:sz w:val="21"/>
              </w:rPr>
              <w:t>感兴趣的工作内容</w:t>
            </w:r>
          </w:p>
        </w:tc>
        <w:tc>
          <w:tcPr>
            <w:tcW w:type="dxa" w:w="1474"/>
            <w:gridSpan w:val="5"/>
          </w:tcPr>
          <w:p>
            <w:r>
              <w:rPr>
                <w:rFonts w:ascii="Calibri" w:hAnsi="Calibri" w:eastAsia="微软雅黑"/>
                <w:b w:val="0"/>
                <w:sz w:val="21"/>
              </w:rPr>
              <w:t>（可多选）</w:t>
              <w:br/>
              <w:t>□ 一起核算　　□ 一起创新　　□ 一起应用</w:t>
            </w:r>
          </w:p>
        </w:tc>
      </w:tr>
      <w:tr>
        <w:tc>
          <w:tcPr>
            <w:tcW w:type="dxa" w:w="1814"/>
            <w:shd w:val="clear" w:fill="EEF3EC"/>
          </w:tcPr>
          <w:p>
            <w:r>
              <w:rPr>
                <w:rFonts w:ascii="Calibri" w:hAnsi="Calibri" w:eastAsia="微软雅黑"/>
                <w:b/>
                <w:sz w:val="21"/>
              </w:rPr>
              <w:t>计划入营时间</w:t>
            </w:r>
          </w:p>
        </w:tc>
        <w:tc>
          <w:tcPr>
            <w:tcW w:type="dxa" w:w="1247"/>
            <w:gridSpan w:val="2"/>
          </w:tcPr>
          <w:p>
            <w:r>
              <w:rPr>
                <w:rFonts w:ascii="Calibri" w:hAnsi="Calibri" w:eastAsia="微软雅黑"/>
                <w:b w:val="0"/>
                <w:sz w:val="21"/>
              </w:rPr>
              <w:t>＿＿＿＿ 年 ＿＿ 月 ＿＿ 日</w:t>
            </w:r>
          </w:p>
        </w:tc>
        <w:tc>
          <w:tcPr>
            <w:tcW w:type="dxa" w:w="1701"/>
            <w:shd w:val="clear" w:fill="EEF3EC"/>
          </w:tcPr>
          <w:p>
            <w:r>
              <w:rPr>
                <w:rFonts w:ascii="Calibri" w:hAnsi="Calibri" w:eastAsia="微软雅黑"/>
                <w:b/>
                <w:sz w:val="21"/>
              </w:rPr>
              <w:t>计划退营时间</w:t>
            </w:r>
          </w:p>
        </w:tc>
        <w:tc>
          <w:tcPr>
            <w:tcW w:type="dxa" w:w="1474"/>
            <w:gridSpan w:val="2"/>
          </w:tcPr>
          <w:p>
            <w:r>
              <w:rPr>
                <w:rFonts w:ascii="Calibri" w:hAnsi="Calibri" w:eastAsia="微软雅黑"/>
                <w:b w:val="0"/>
                <w:sz w:val="21"/>
              </w:rPr>
              <w:t>＿＿＿＿ 年 ＿＿ 月 ＿＿ 日</w:t>
            </w:r>
          </w:p>
        </w:tc>
      </w:tr>
      <w:tr>
        <w:tc>
          <w:tcPr>
            <w:tcW w:type="dxa" w:w="1814"/>
            <w:shd w:val="clear" w:fill="EEF3EC"/>
          </w:tcPr>
          <w:p>
            <w:r>
              <w:rPr>
                <w:rFonts w:ascii="Calibri" w:hAnsi="Calibri" w:eastAsia="微软雅黑"/>
                <w:b/>
                <w:sz w:val="21"/>
              </w:rPr>
              <w:t>其他报名附件</w:t>
            </w:r>
          </w:p>
        </w:tc>
        <w:tc>
          <w:tcPr>
            <w:tcW w:type="dxa" w:w="1474"/>
            <w:gridSpan w:val="5"/>
          </w:tcPr>
          <w:p>
            <w:r>
              <w:rPr>
                <w:rFonts w:ascii="Calibri" w:hAnsi="Calibri" w:eastAsia="微软雅黑"/>
                <w:b w:val="0"/>
                <w:sz w:val="21"/>
              </w:rPr>
              <w:t>（1）简历（学习和工作经历）　（2）个人照片</w:t>
            </w:r>
          </w:p>
        </w:tc>
      </w:tr>
    </w:tbl>
    <w:p/>
    <w:p>
      <w:r>
        <w:rPr>
          <w:rFonts w:ascii="Calibri" w:hAnsi="Calibri" w:eastAsia="微软雅黑"/>
          <w:b/>
          <w:color w:val="A4690A"/>
          <w:sz w:val="21"/>
        </w:rPr>
        <w:t>重要提示：</w:t>
      </w:r>
      <w:r>
        <w:rPr>
          <w:rFonts w:ascii="Calibri" w:hAnsi="Calibri" w:eastAsia="微软雅黑"/>
          <w:b w:val="0"/>
          <w:color w:val="6B4E12"/>
          <w:sz w:val="21"/>
        </w:rPr>
        <w:t>报名表需随简历一并发送至 service@natcapchina.com，邮件标题注明「一起GEP报名」。缺任一项将视为报名不完整，无法进入筛选。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